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LJName"/>
        <w:spacing w:after="20"/>
        <w:jc w:val="left"/>
      </w:pPr>
      <w:r>
        <w:rPr>
          <w:b/>
        </w:rPr>
        <w:t>[YOUR FULL NAME]</w:t>
      </w:r>
    </w:p>
    <w:p>
      <w:pPr>
        <w:pStyle w:val="LJContact"/>
        <w:spacing w:after="160"/>
      </w:pPr>
      <w:r>
        <w:t>[City, Country]  |  [+961 XX XXX XXX]  |  [professional@email.com]  |  [linkedin.com/in/yourname]</w:t>
      </w:r>
    </w:p>
    <w:p>
      <w:pPr>
        <w:pStyle w:val="LJSection"/>
        <w:spacing w:before="100" w:after="60"/>
        <w:keepNext w:val="1"/>
      </w:pPr>
      <w:r>
        <w:rPr>
          <w:b/>
        </w:rPr>
        <w:t>PROFESSIONAL SUMMARY</w:t>
      </w:r>
    </w:p>
    <w:p>
      <w:pPr>
        <w:spacing w:after="120"/>
      </w:pPr>
      <w:r>
        <w:t>[Write 3-5 concise lines summarizing your relevant experience, strongest capabilities, industries, and the value you bring. Tailor this section to the role without inventing keywords or experience.]</w:t>
      </w:r>
    </w:p>
    <w:p>
      <w:pPr>
        <w:pStyle w:val="LJSection"/>
        <w:spacing w:before="100" w:after="60"/>
        <w:keepNext w:val="1"/>
      </w:pPr>
      <w:r>
        <w:rPr>
          <w:b/>
        </w:rPr>
        <w:t>CORE SKILLS</w:t>
      </w:r>
    </w:p>
    <w:p>
      <w:pPr>
        <w:spacing w:after="120"/>
      </w:pPr>
      <w:r>
        <w:t>[Skill 1]  •  [Skill 2]  •  [Skill 3]  •  [Skill 4]  •  [Skill 5]  •  [Skill 6]</w:t>
      </w:r>
    </w:p>
    <w:p>
      <w:pPr>
        <w:pStyle w:val="LJSection"/>
        <w:spacing w:before="100" w:after="60"/>
        <w:keepNext w:val="1"/>
      </w:pPr>
      <w:r>
        <w:rPr>
          <w:b/>
        </w:rPr>
        <w:t>PROFESSIONAL EXPERIENCE</w:t>
      </w:r>
    </w:p>
    <w:p>
      <w:pPr>
        <w:pStyle w:val="LJRole"/>
        <w:keepNext w:val="1"/>
        <w:spacing w:after="20"/>
      </w:pPr>
      <w:r>
        <w:t>[JOB TITLE]</w:t>
      </w:r>
    </w:p>
    <w:p>
      <w:pPr>
        <w:pStyle w:val="LJMeta"/>
        <w:keepNext w:val="1"/>
        <w:spacing w:after="60"/>
      </w:pPr>
      <w:r>
        <w:t>[Company Name] | [City, Country] | [Jan 2022 - Present]</w:t>
      </w:r>
    </w:p>
    <w:p>
      <w:pPr>
        <w:spacing w:after="34"/>
        <w:ind w:left="259" w:hanging="202"/>
      </w:pPr>
      <w:r>
        <w:rPr>
          <w:b/>
        </w:rPr>
        <w:t xml:space="preserve">• </w:t>
      </w:r>
      <w:r>
        <w:t>[Start with a strong action verb and describe what you did, for whom, and why it mattered.]</w:t>
      </w:r>
    </w:p>
    <w:p>
      <w:pPr>
        <w:spacing w:after="34"/>
        <w:ind w:left="259" w:hanging="202"/>
      </w:pPr>
      <w:r>
        <w:rPr>
          <w:b/>
        </w:rPr>
        <w:t xml:space="preserve">• </w:t>
      </w:r>
      <w:r>
        <w:t>[Add a truthful metric when available: volume, accuracy, time saved, revenue, cost, team size, inventory size, or percentage improvement.]</w:t>
      </w:r>
    </w:p>
    <w:p>
      <w:pPr>
        <w:spacing w:after="34"/>
        <w:ind w:left="259" w:hanging="202"/>
      </w:pPr>
      <w:r>
        <w:rPr>
          <w:b/>
        </w:rPr>
        <w:t xml:space="preserve">• </w:t>
      </w:r>
      <w:r>
        <w:t>[Prioritize achievements and responsibilities that are most relevant to the role you are applying for.]</w:t>
      </w:r>
    </w:p>
    <w:p>
      <w:pPr>
        <w:spacing w:after="0"/>
      </w:pPr>
    </w:p>
    <w:p>
      <w:pPr>
        <w:pStyle w:val="LJRole"/>
        <w:keepNext w:val="1"/>
        <w:spacing w:after="20"/>
      </w:pPr>
      <w:r>
        <w:t>[PREVIOUS JOB TITLE]</w:t>
      </w:r>
    </w:p>
    <w:p>
      <w:pPr>
        <w:pStyle w:val="LJMeta"/>
        <w:keepNext w:val="1"/>
        <w:spacing w:after="60"/>
      </w:pPr>
      <w:r>
        <w:t>[Previous Company] | [City, Country] | [Jan 2019 - Dec 2021]</w:t>
      </w:r>
    </w:p>
    <w:p>
      <w:pPr>
        <w:spacing w:after="34"/>
        <w:ind w:left="259" w:hanging="202"/>
      </w:pPr>
      <w:r>
        <w:rPr>
          <w:b/>
        </w:rPr>
        <w:t xml:space="preserve">• </w:t>
      </w:r>
      <w:r>
        <w:t>[Use 2-4 bullets for older/relevant roles. Keep each bullet focused on one contribution.]</w:t>
      </w:r>
    </w:p>
    <w:p>
      <w:pPr>
        <w:spacing w:after="34"/>
        <w:ind w:left="259" w:hanging="202"/>
      </w:pPr>
      <w:r>
        <w:rPr>
          <w:b/>
        </w:rPr>
        <w:t xml:space="preserve">• </w:t>
      </w:r>
      <w:r>
        <w:t>[Remove outdated or repetitive details so the most relevant experience stays easy to scan.]</w:t>
      </w:r>
    </w:p>
    <w:p>
      <w:pPr>
        <w:spacing w:after="0"/>
      </w:pPr>
    </w:p>
    <w:p>
      <w:pPr>
        <w:pStyle w:val="LJSection"/>
        <w:spacing w:before="100" w:after="60"/>
        <w:keepNext w:val="1"/>
      </w:pPr>
      <w:r>
        <w:rPr>
          <w:b/>
        </w:rPr>
        <w:t>EDUCATION</w:t>
      </w:r>
    </w:p>
    <w:p>
      <w:pPr>
        <w:pStyle w:val="LJRole"/>
        <w:spacing w:after="20"/>
      </w:pPr>
      <w:r>
        <w:t>[Qualification / Degree / Diploma]</w:t>
      </w:r>
    </w:p>
    <w:p>
      <w:pPr>
        <w:pStyle w:val="LJMeta"/>
        <w:spacing w:after="80"/>
      </w:pPr>
      <w:r>
        <w:t>[Institution] | [City, Country] | [Year or date range]</w:t>
      </w:r>
    </w:p>
    <w:p>
      <w:pPr>
        <w:pStyle w:val="LJSection"/>
        <w:spacing w:before="100" w:after="60"/>
        <w:keepNext w:val="1"/>
      </w:pPr>
      <w:r>
        <w:rPr>
          <w:b/>
        </w:rPr>
        <w:t>CERTIFICATIONS</w:t>
      </w:r>
    </w:p>
    <w:p>
      <w:r>
        <w:t>[Certification Name] — [Issuing Organization] — [Year]</w:t>
      </w:r>
    </w:p>
    <w:p>
      <w:pPr>
        <w:pStyle w:val="LJSection"/>
        <w:spacing w:before="100" w:after="60"/>
        <w:keepNext w:val="1"/>
      </w:pPr>
      <w:r>
        <w:rPr>
          <w:b/>
        </w:rPr>
        <w:t>LANGUAGES</w:t>
      </w:r>
    </w:p>
    <w:p>
      <w:r>
        <w:t>[Language] — [Proficiency]  |  [Language] — [Proficiency]</w:t>
      </w:r>
    </w:p>
    <w:p>
      <w:pPr>
        <w:spacing w:before="160" w:after="0"/>
      </w:pPr>
      <w:r>
        <w:rPr>
          <w:rFonts w:ascii="Arial" w:hAnsi="Arial"/>
          <w:color w:val="6E7882"/>
          <w:sz w:val="16"/>
        </w:rPr>
        <w:t>Template note: Replace every bracketed placeholder and delete this note before applying. Do not add skills or achievements you cannot support.</w:t>
      </w:r>
    </w:p>
    <w:sectPr w:rsidR="00FC693F" w:rsidRPr="0006063C" w:rsidSect="00034616">
      <w:pgSz w:w="12240" w:h="15840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4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JName">
    <w:name w:val="LJ Name"/>
    <w:pPr>
      <w:spacing w:after="30" w:line="240" w:lineRule="auto"/>
    </w:pPr>
    <w:rPr>
      <w:rFonts w:ascii="Arial" w:hAnsi="Arial"/>
      <w:b/>
      <w:color w:val="0B2545"/>
      <w:sz w:val="38"/>
    </w:rPr>
  </w:style>
  <w:style w:type="paragraph" w:customStyle="1" w:styleId="LJContact">
    <w:name w:val="LJ Contact"/>
    <w:pPr>
      <w:spacing w:after="30" w:line="240" w:lineRule="auto"/>
    </w:pPr>
    <w:rPr>
      <w:rFonts w:ascii="Arial" w:hAnsi="Arial"/>
      <w:b w:val="0"/>
      <w:color w:val="4B5B6C"/>
      <w:sz w:val="17"/>
    </w:rPr>
  </w:style>
  <w:style w:type="paragraph" w:customStyle="1" w:styleId="LJSection">
    <w:name w:val="LJ Section"/>
    <w:pPr>
      <w:spacing w:after="30" w:line="240" w:lineRule="auto"/>
    </w:pPr>
    <w:rPr>
      <w:rFonts w:ascii="Arial" w:hAnsi="Arial"/>
      <w:b/>
      <w:color w:val="0B2545"/>
      <w:sz w:val="20"/>
    </w:rPr>
  </w:style>
  <w:style w:type="paragraph" w:customStyle="1" w:styleId="LJRole">
    <w:name w:val="LJ Role"/>
    <w:pPr>
      <w:spacing w:after="30" w:line="240" w:lineRule="auto"/>
    </w:pPr>
    <w:rPr>
      <w:rFonts w:ascii="Arial" w:hAnsi="Arial"/>
      <w:b/>
      <w:color w:val="13243A"/>
      <w:sz w:val="20"/>
    </w:rPr>
  </w:style>
  <w:style w:type="paragraph" w:customStyle="1" w:styleId="LJMeta">
    <w:name w:val="LJ Meta"/>
    <w:pPr>
      <w:spacing w:after="30" w:line="240" w:lineRule="auto"/>
    </w:pPr>
    <w:rPr>
      <w:rFonts w:ascii="Arial" w:hAnsi="Arial"/>
      <w:b w:val="0"/>
      <w:color w:val="4B5B6C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LebJobs Compact Professional ATS Resume Template</dc:title>
  <dc:subject>ATS-friendly editable CV template</dc:subject>
  <dc:creator>LebJobs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